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E4A31" w14:textId="77777777" w:rsidR="00A42936" w:rsidRDefault="005D48EB">
      <w:pPr>
        <w:pStyle w:val="Title"/>
      </w:pPr>
      <w:r>
        <w:t>Holiday Club Leader - Person Specification</w:t>
      </w:r>
    </w:p>
    <w:p w14:paraId="4F90FFEF" w14:textId="77777777" w:rsidR="00A42936" w:rsidRDefault="005D48EB">
      <w:r>
        <w:t>Highcliffe St Mark Primary School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A42936" w14:paraId="4BEF119E" w14:textId="77777777">
        <w:trPr>
          <w:jc w:val="center"/>
        </w:trPr>
        <w:tc>
          <w:tcPr>
            <w:tcW w:w="2880" w:type="dxa"/>
          </w:tcPr>
          <w:p w14:paraId="08B74E44" w14:textId="77777777" w:rsidR="00A42936" w:rsidRDefault="005D48EB">
            <w:r>
              <w:t>Criteria</w:t>
            </w:r>
          </w:p>
        </w:tc>
        <w:tc>
          <w:tcPr>
            <w:tcW w:w="2880" w:type="dxa"/>
          </w:tcPr>
          <w:p w14:paraId="7B424364" w14:textId="77777777" w:rsidR="00A42936" w:rsidRDefault="005D48EB">
            <w:r>
              <w:t>Essential</w:t>
            </w:r>
          </w:p>
        </w:tc>
        <w:tc>
          <w:tcPr>
            <w:tcW w:w="2880" w:type="dxa"/>
          </w:tcPr>
          <w:p w14:paraId="3820587A" w14:textId="77777777" w:rsidR="00A42936" w:rsidRDefault="005D48EB">
            <w:r>
              <w:t>Desirable</w:t>
            </w:r>
          </w:p>
        </w:tc>
      </w:tr>
      <w:tr w:rsidR="00A42936" w14:paraId="100F411C" w14:textId="77777777">
        <w:trPr>
          <w:jc w:val="center"/>
        </w:trPr>
        <w:tc>
          <w:tcPr>
            <w:tcW w:w="2880" w:type="dxa"/>
          </w:tcPr>
          <w:p w14:paraId="2D83B750" w14:textId="77777777" w:rsidR="00A42936" w:rsidRDefault="005D48EB">
            <w:r>
              <w:t>Qualifications</w:t>
            </w:r>
          </w:p>
        </w:tc>
        <w:tc>
          <w:tcPr>
            <w:tcW w:w="2880" w:type="dxa"/>
          </w:tcPr>
          <w:p w14:paraId="311C3488" w14:textId="77777777" w:rsidR="00A42936" w:rsidRDefault="005D48EB">
            <w:r>
              <w:t>Level 3 childcare, playwork, education or relevant qualification; GCSE English and Maths (or equivalent)</w:t>
            </w:r>
          </w:p>
        </w:tc>
        <w:tc>
          <w:tcPr>
            <w:tcW w:w="2880" w:type="dxa"/>
          </w:tcPr>
          <w:p w14:paraId="22180F4A" w14:textId="77777777" w:rsidR="00A42936" w:rsidRDefault="005D48EB">
            <w:r>
              <w:t>Early Years qualification (Level 3 or above); Paediatric First Aid</w:t>
            </w:r>
          </w:p>
        </w:tc>
      </w:tr>
      <w:tr w:rsidR="00A42936" w14:paraId="235F7B42" w14:textId="77777777">
        <w:trPr>
          <w:jc w:val="center"/>
        </w:trPr>
        <w:tc>
          <w:tcPr>
            <w:tcW w:w="2880" w:type="dxa"/>
          </w:tcPr>
          <w:p w14:paraId="34417DA1" w14:textId="77777777" w:rsidR="00A42936" w:rsidRDefault="005D48EB">
            <w:r>
              <w:t>Safeguarding</w:t>
            </w:r>
          </w:p>
        </w:tc>
        <w:tc>
          <w:tcPr>
            <w:tcW w:w="2880" w:type="dxa"/>
          </w:tcPr>
          <w:p w14:paraId="4F7D54A4" w14:textId="77777777" w:rsidR="00A42936" w:rsidRDefault="005D48EB">
            <w:r>
              <w:t>Secure understanding of safeguarding responsibilities and commitment to safeguarding children</w:t>
            </w:r>
          </w:p>
        </w:tc>
        <w:tc>
          <w:tcPr>
            <w:tcW w:w="2880" w:type="dxa"/>
          </w:tcPr>
          <w:p w14:paraId="1624F88A" w14:textId="77777777" w:rsidR="00A42936" w:rsidRDefault="005D48EB">
            <w:r>
              <w:t>Multi-Agency Safeguarding Training; Designated Safeguarding Lead (DSL) training</w:t>
            </w:r>
          </w:p>
        </w:tc>
      </w:tr>
      <w:tr w:rsidR="00A42936" w14:paraId="1E86DD2D" w14:textId="77777777">
        <w:trPr>
          <w:jc w:val="center"/>
        </w:trPr>
        <w:tc>
          <w:tcPr>
            <w:tcW w:w="2880" w:type="dxa"/>
          </w:tcPr>
          <w:p w14:paraId="21086480" w14:textId="77777777" w:rsidR="00A42936" w:rsidRDefault="005D48EB">
            <w:r>
              <w:t>Experience</w:t>
            </w:r>
          </w:p>
        </w:tc>
        <w:tc>
          <w:tcPr>
            <w:tcW w:w="2880" w:type="dxa"/>
          </w:tcPr>
          <w:p w14:paraId="5A044DF4" w14:textId="77777777" w:rsidR="00A42936" w:rsidRDefault="005D48EB">
            <w:r>
              <w:t>Experience working with children and leading/supervising adults</w:t>
            </w:r>
          </w:p>
        </w:tc>
        <w:tc>
          <w:tcPr>
            <w:tcW w:w="2880" w:type="dxa"/>
          </w:tcPr>
          <w:p w14:paraId="722F601B" w14:textId="77777777" w:rsidR="00A42936" w:rsidRDefault="005D48EB">
            <w:r>
              <w:t>Experience leading a holiday club, wraparound or childcare provision; experience with EYFS children</w:t>
            </w:r>
          </w:p>
        </w:tc>
      </w:tr>
      <w:tr w:rsidR="00A42936" w14:paraId="0235EF4B" w14:textId="77777777">
        <w:trPr>
          <w:jc w:val="center"/>
        </w:trPr>
        <w:tc>
          <w:tcPr>
            <w:tcW w:w="2880" w:type="dxa"/>
          </w:tcPr>
          <w:p w14:paraId="36DFDA72" w14:textId="77777777" w:rsidR="00A42936" w:rsidRDefault="005D48EB">
            <w:r>
              <w:t>Training</w:t>
            </w:r>
          </w:p>
        </w:tc>
        <w:tc>
          <w:tcPr>
            <w:tcW w:w="2880" w:type="dxa"/>
          </w:tcPr>
          <w:p w14:paraId="44CC0BC0" w14:textId="77777777" w:rsidR="00A42936" w:rsidRDefault="005D48EB">
            <w:r>
              <w:t>Commitment to ongoing professional development</w:t>
            </w:r>
          </w:p>
        </w:tc>
        <w:tc>
          <w:tcPr>
            <w:tcW w:w="2880" w:type="dxa"/>
          </w:tcPr>
          <w:p w14:paraId="62EB9166" w14:textId="77777777" w:rsidR="00A42936" w:rsidRDefault="005D48EB">
            <w:r>
              <w:t>Food Hygiene Certificate; SEND or behaviour training</w:t>
            </w:r>
          </w:p>
        </w:tc>
      </w:tr>
      <w:tr w:rsidR="00A42936" w14:paraId="58BB238F" w14:textId="77777777">
        <w:trPr>
          <w:jc w:val="center"/>
        </w:trPr>
        <w:tc>
          <w:tcPr>
            <w:tcW w:w="2880" w:type="dxa"/>
          </w:tcPr>
          <w:p w14:paraId="6A29BFAC" w14:textId="77777777" w:rsidR="00A42936" w:rsidRDefault="005D48EB">
            <w:r>
              <w:t>Skills &amp; Knowledge</w:t>
            </w:r>
          </w:p>
        </w:tc>
        <w:tc>
          <w:tcPr>
            <w:tcW w:w="2880" w:type="dxa"/>
          </w:tcPr>
          <w:p w14:paraId="5EAB28DD" w14:textId="77777777" w:rsidR="00A42936" w:rsidRDefault="005D48EB">
            <w:r>
              <w:t>Strong organisation, communication and teamwork skills; ability to plan engaging play opportunities</w:t>
            </w:r>
          </w:p>
        </w:tc>
        <w:tc>
          <w:tcPr>
            <w:tcW w:w="2880" w:type="dxa"/>
          </w:tcPr>
          <w:p w14:paraId="674B8F08" w14:textId="77777777" w:rsidR="00A42936" w:rsidRDefault="005D48EB">
            <w:r>
              <w:t>Knowledge of EYFS requirements and childcare regulations</w:t>
            </w:r>
          </w:p>
        </w:tc>
      </w:tr>
      <w:tr w:rsidR="00A42936" w14:paraId="6D971503" w14:textId="77777777">
        <w:trPr>
          <w:jc w:val="center"/>
        </w:trPr>
        <w:tc>
          <w:tcPr>
            <w:tcW w:w="2880" w:type="dxa"/>
          </w:tcPr>
          <w:p w14:paraId="1E50163E" w14:textId="77777777" w:rsidR="00A42936" w:rsidRDefault="005D48EB">
            <w:r>
              <w:t>Personal Qualities</w:t>
            </w:r>
          </w:p>
        </w:tc>
        <w:tc>
          <w:tcPr>
            <w:tcW w:w="2880" w:type="dxa"/>
          </w:tcPr>
          <w:p w14:paraId="01721494" w14:textId="77777777" w:rsidR="00A42936" w:rsidRDefault="005D48EB">
            <w:r>
              <w:t>Warm, enthusiastic, reliable, compassionate, resilient and committed to Respect, Courage and Compassion</w:t>
            </w:r>
          </w:p>
        </w:tc>
        <w:tc>
          <w:tcPr>
            <w:tcW w:w="2880" w:type="dxa"/>
          </w:tcPr>
          <w:p w14:paraId="108C3342" w14:textId="77777777" w:rsidR="00A42936" w:rsidRDefault="005D48EB">
            <w:r>
              <w:t>Creative approach to developing exciting holiday experiences</w:t>
            </w:r>
          </w:p>
        </w:tc>
      </w:tr>
    </w:tbl>
    <w:p w14:paraId="580DF59C" w14:textId="77777777" w:rsidR="005D48EB" w:rsidRDefault="005D48EB"/>
    <w:sectPr w:rsidR="005D48E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7138926">
    <w:abstractNumId w:val="8"/>
  </w:num>
  <w:num w:numId="2" w16cid:durableId="666791998">
    <w:abstractNumId w:val="6"/>
  </w:num>
  <w:num w:numId="3" w16cid:durableId="739326648">
    <w:abstractNumId w:val="5"/>
  </w:num>
  <w:num w:numId="4" w16cid:durableId="1877352596">
    <w:abstractNumId w:val="4"/>
  </w:num>
  <w:num w:numId="5" w16cid:durableId="671377441">
    <w:abstractNumId w:val="7"/>
  </w:num>
  <w:num w:numId="6" w16cid:durableId="1145273691">
    <w:abstractNumId w:val="3"/>
  </w:num>
  <w:num w:numId="7" w16cid:durableId="879365036">
    <w:abstractNumId w:val="2"/>
  </w:num>
  <w:num w:numId="8" w16cid:durableId="88083452">
    <w:abstractNumId w:val="1"/>
  </w:num>
  <w:num w:numId="9" w16cid:durableId="1747531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D48EB"/>
    <w:rsid w:val="007556D5"/>
    <w:rsid w:val="00A42936"/>
    <w:rsid w:val="00AA1D8D"/>
    <w:rsid w:val="00B47730"/>
    <w:rsid w:val="00CB0664"/>
    <w:rsid w:val="00F93E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28B5C6"/>
  <w14:defaultImageDpi w14:val="300"/>
  <w15:docId w15:val="{208A9D2A-FEDE-4F97-8061-69238702F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7B91B4CC8EC41961016BA131B73A7" ma:contentTypeVersion="12" ma:contentTypeDescription="Create a new document." ma:contentTypeScope="" ma:versionID="61f70b30f2588d31c0be5924c0c86f72">
  <xsd:schema xmlns:xsd="http://www.w3.org/2001/XMLSchema" xmlns:xs="http://www.w3.org/2001/XMLSchema" xmlns:p="http://schemas.microsoft.com/office/2006/metadata/properties" xmlns:ns2="47d2563c-9f3d-4a6b-90a2-e377da2661b2" xmlns:ns3="fe520e7a-7a7b-4497-87c8-0d3468b780ee" targetNamespace="http://schemas.microsoft.com/office/2006/metadata/properties" ma:root="true" ma:fieldsID="ff5cebde3f81c31f7a4a7032418c2d0f" ns2:_="" ns3:_="">
    <xsd:import namespace="47d2563c-9f3d-4a6b-90a2-e377da2661b2"/>
    <xsd:import namespace="fe520e7a-7a7b-4497-87c8-0d3468b780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2563c-9f3d-4a6b-90a2-e377da2661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9fff1e6-22d9-4bf3-9397-3a4d89b205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20e7a-7a7b-4497-87c8-0d3468b780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0af85e-0d60-497f-baf6-9a9536e47afa}" ma:internalName="TaxCatchAll" ma:showField="CatchAllData" ma:web="fe520e7a-7a7b-4497-87c8-0d3468b780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20e7a-7a7b-4497-87c8-0d3468b780ee" xsi:nil="true"/>
    <lcf76f155ced4ddcb4097134ff3c332f xmlns="47d2563c-9f3d-4a6b-90a2-e377da2661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0641CC-1B74-4344-BB14-719A8301E1A8}"/>
</file>

<file path=customXml/itemProps3.xml><?xml version="1.0" encoding="utf-8"?>
<ds:datastoreItem xmlns:ds="http://schemas.openxmlformats.org/officeDocument/2006/customXml" ds:itemID="{C45FE58D-5EDE-40C1-BDC7-05D702F19B9B}"/>
</file>

<file path=customXml/itemProps4.xml><?xml version="1.0" encoding="utf-8"?>
<ds:datastoreItem xmlns:ds="http://schemas.openxmlformats.org/officeDocument/2006/customXml" ds:itemID="{314557A7-D6E7-4709-9C22-B6EAE66CBF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Barker</dc:creator>
  <cp:keywords/>
  <dc:description>generated by python-docx</dc:description>
  <cp:lastModifiedBy>Claire Hughes</cp:lastModifiedBy>
  <cp:revision>2</cp:revision>
  <dcterms:created xsi:type="dcterms:W3CDTF">2026-09-28T09:56:00Z</dcterms:created>
  <dcterms:modified xsi:type="dcterms:W3CDTF">2026-09-28T09:56:00Z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0x0101004A87B91B4CC8EC41961016BA131B73A7</vt:lpwstr>
  </property>
</Properties>
</file>